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685FF" w14:textId="77777777" w:rsidR="00DF2A31" w:rsidRDefault="00000000">
      <w:pPr>
        <w:pStyle w:val="Titel"/>
        <w:keepNext/>
        <w:spacing w:after="40"/>
      </w:pPr>
      <w:r>
        <w:rPr>
          <w:rFonts w:ascii="Aptos" w:hAnsi="Aptos"/>
          <w:b/>
          <w:color w:val="000000"/>
          <w:sz w:val="40"/>
        </w:rPr>
        <w:t>HomeLink organisers worldwide</w:t>
      </w:r>
    </w:p>
    <w:p w14:paraId="706F6691" w14:textId="77777777" w:rsidR="00DF2A31" w:rsidRDefault="00000000">
      <w:pPr>
        <w:keepNext/>
        <w:spacing w:after="120"/>
      </w:pPr>
      <w:r>
        <w:rPr>
          <w:b/>
          <w:color w:val="333333"/>
          <w:sz w:val="23"/>
        </w:rPr>
        <w:t>Public contact list</w:t>
      </w:r>
    </w:p>
    <w:p w14:paraId="7CBECE32" w14:textId="77777777" w:rsidR="00DF2A31" w:rsidRDefault="00000000">
      <w:pPr>
        <w:keepNext/>
        <w:spacing w:after="180" w:line="252" w:lineRule="auto"/>
      </w:pPr>
      <w:r>
        <w:rPr>
          <w:color w:val="4D4D4D"/>
          <w:sz w:val="18"/>
        </w:rPr>
        <w:t>Prepared 18 September 2026 for publication on HomeLink contact pages. This public version includes official contact details and country websites. Telephone numbers explicitly marked for internal or private use, internal notes and confirmation details are excluded.</w:t>
      </w:r>
    </w:p>
    <w:tbl>
      <w:tblPr>
        <w:tblStyle w:val="Tabellenraster"/>
        <w:tblW w:w="0" w:type="auto"/>
        <w:jc w:val="center"/>
        <w:tblLayout w:type="fixed"/>
        <w:tblLook w:val="04A0" w:firstRow="1" w:lastRow="0" w:firstColumn="1" w:lastColumn="0" w:noHBand="0" w:noVBand="1"/>
      </w:tblPr>
      <w:tblGrid>
        <w:gridCol w:w="1339"/>
        <w:gridCol w:w="1886"/>
        <w:gridCol w:w="2635"/>
        <w:gridCol w:w="1670"/>
        <w:gridCol w:w="3053"/>
      </w:tblGrid>
      <w:tr w:rsidR="00DF2A31" w14:paraId="1D4BF226" w14:textId="77777777">
        <w:trPr>
          <w:cantSplit/>
          <w:tblHeader/>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1F4E78"/>
            <w:tcMar>
              <w:top w:w="85" w:type="dxa"/>
              <w:left w:w="75" w:type="dxa"/>
              <w:bottom w:w="85" w:type="dxa"/>
              <w:right w:w="75" w:type="dxa"/>
            </w:tcMar>
            <w:vAlign w:val="center"/>
          </w:tcPr>
          <w:p w14:paraId="3EF94861" w14:textId="77777777" w:rsidR="00DF2A31" w:rsidRDefault="00000000">
            <w:pPr>
              <w:jc w:val="center"/>
            </w:pPr>
            <w:r>
              <w:rPr>
                <w:b/>
                <w:color w:val="FFFFFF"/>
                <w:sz w:val="17"/>
              </w:rPr>
              <w:t>Country / Area</w:t>
            </w:r>
          </w:p>
        </w:tc>
        <w:tc>
          <w:tcPr>
            <w:tcW w:w="1886" w:type="dxa"/>
            <w:tcBorders>
              <w:top w:val="single" w:sz="4" w:space="0" w:color="D9D9D9"/>
              <w:left w:val="single" w:sz="4" w:space="0" w:color="D9D9D9"/>
              <w:bottom w:val="single" w:sz="4" w:space="0" w:color="D9D9D9"/>
              <w:right w:val="single" w:sz="4" w:space="0" w:color="D9D9D9"/>
            </w:tcBorders>
            <w:shd w:val="clear" w:color="auto" w:fill="1F4E78"/>
            <w:tcMar>
              <w:top w:w="85" w:type="dxa"/>
              <w:left w:w="75" w:type="dxa"/>
              <w:bottom w:w="85" w:type="dxa"/>
              <w:right w:w="75" w:type="dxa"/>
            </w:tcMar>
            <w:vAlign w:val="center"/>
          </w:tcPr>
          <w:p w14:paraId="7C5A8096" w14:textId="77777777" w:rsidR="00DF2A31" w:rsidRDefault="00000000">
            <w:pPr>
              <w:jc w:val="center"/>
            </w:pPr>
            <w:r>
              <w:rPr>
                <w:b/>
                <w:color w:val="FFFFFF"/>
                <w:sz w:val="17"/>
              </w:rPr>
              <w:t>Organiser</w:t>
            </w:r>
          </w:p>
        </w:tc>
        <w:tc>
          <w:tcPr>
            <w:tcW w:w="2635" w:type="dxa"/>
            <w:tcBorders>
              <w:top w:val="single" w:sz="4" w:space="0" w:color="D9D9D9"/>
              <w:left w:val="single" w:sz="4" w:space="0" w:color="D9D9D9"/>
              <w:bottom w:val="single" w:sz="4" w:space="0" w:color="D9D9D9"/>
              <w:right w:val="single" w:sz="4" w:space="0" w:color="D9D9D9"/>
            </w:tcBorders>
            <w:shd w:val="clear" w:color="auto" w:fill="1F4E78"/>
            <w:tcMar>
              <w:top w:w="85" w:type="dxa"/>
              <w:left w:w="75" w:type="dxa"/>
              <w:bottom w:w="85" w:type="dxa"/>
              <w:right w:w="75" w:type="dxa"/>
            </w:tcMar>
            <w:vAlign w:val="center"/>
          </w:tcPr>
          <w:p w14:paraId="3703E20B" w14:textId="77777777" w:rsidR="00DF2A31" w:rsidRDefault="00000000">
            <w:pPr>
              <w:jc w:val="center"/>
            </w:pPr>
            <w:r>
              <w:rPr>
                <w:b/>
                <w:color w:val="FFFFFF"/>
                <w:sz w:val="17"/>
              </w:rPr>
              <w:t>Email</w:t>
            </w:r>
          </w:p>
        </w:tc>
        <w:tc>
          <w:tcPr>
            <w:tcW w:w="1670" w:type="dxa"/>
            <w:tcBorders>
              <w:top w:val="single" w:sz="4" w:space="0" w:color="D9D9D9"/>
              <w:left w:val="single" w:sz="4" w:space="0" w:color="D9D9D9"/>
              <w:bottom w:val="single" w:sz="4" w:space="0" w:color="D9D9D9"/>
              <w:right w:val="single" w:sz="4" w:space="0" w:color="D9D9D9"/>
            </w:tcBorders>
            <w:shd w:val="clear" w:color="auto" w:fill="1F4E78"/>
            <w:tcMar>
              <w:top w:w="85" w:type="dxa"/>
              <w:left w:w="75" w:type="dxa"/>
              <w:bottom w:w="85" w:type="dxa"/>
              <w:right w:w="75" w:type="dxa"/>
            </w:tcMar>
            <w:vAlign w:val="center"/>
          </w:tcPr>
          <w:p w14:paraId="2B039B09" w14:textId="77777777" w:rsidR="00DF2A31" w:rsidRDefault="00000000">
            <w:pPr>
              <w:jc w:val="center"/>
            </w:pPr>
            <w:r>
              <w:rPr>
                <w:b/>
                <w:color w:val="FFFFFF"/>
                <w:sz w:val="17"/>
              </w:rPr>
              <w:t>Telephone</w:t>
            </w:r>
          </w:p>
        </w:tc>
        <w:tc>
          <w:tcPr>
            <w:tcW w:w="3053" w:type="dxa"/>
            <w:tcBorders>
              <w:top w:val="single" w:sz="4" w:space="0" w:color="D9D9D9"/>
              <w:left w:val="single" w:sz="4" w:space="0" w:color="D9D9D9"/>
              <w:bottom w:val="single" w:sz="4" w:space="0" w:color="D9D9D9"/>
              <w:right w:val="single" w:sz="4" w:space="0" w:color="D9D9D9"/>
            </w:tcBorders>
            <w:shd w:val="clear" w:color="auto" w:fill="1F4E78"/>
            <w:tcMar>
              <w:top w:w="85" w:type="dxa"/>
              <w:left w:w="75" w:type="dxa"/>
              <w:bottom w:w="85" w:type="dxa"/>
              <w:right w:w="75" w:type="dxa"/>
            </w:tcMar>
            <w:vAlign w:val="center"/>
          </w:tcPr>
          <w:p w14:paraId="445F7658" w14:textId="77777777" w:rsidR="00DF2A31" w:rsidRDefault="00000000">
            <w:pPr>
              <w:jc w:val="center"/>
            </w:pPr>
            <w:r>
              <w:rPr>
                <w:b/>
                <w:color w:val="FFFFFF"/>
                <w:sz w:val="17"/>
              </w:rPr>
              <w:t>Website</w:t>
            </w:r>
          </w:p>
        </w:tc>
      </w:tr>
      <w:tr w:rsidR="00DF2A31" w14:paraId="704F70C6"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05957007" w14:textId="77777777" w:rsidR="00DF2A31" w:rsidRDefault="00000000">
            <w:r>
              <w:rPr>
                <w:b/>
                <w:color w:val="000000"/>
                <w:sz w:val="18"/>
              </w:rPr>
              <w:t>Australia</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50F77650" w14:textId="77777777" w:rsidR="00DF2A31" w:rsidRDefault="00000000">
            <w:r>
              <w:rPr>
                <w:color w:val="000000"/>
                <w:sz w:val="17"/>
              </w:rPr>
              <w:t>Sarah Cooke</w:t>
            </w:r>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4082B6A0" w14:textId="77777777" w:rsidR="00DF2A31" w:rsidRDefault="00000000">
            <w:hyperlink r:id="rId8">
              <w:r>
                <w:rPr>
                  <w:color w:val="0563C1"/>
                  <w:sz w:val="17"/>
                  <w:szCs w:val="17"/>
                  <w:u w:val="single"/>
                </w:rPr>
                <w:t>homelinkaus@gmail.com</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71A4F09D" w14:textId="77777777" w:rsidR="00DF2A31" w:rsidRDefault="00000000">
            <w:r>
              <w:rPr>
                <w:color w:val="555555"/>
                <w:sz w:val="17"/>
              </w:rPr>
              <w:t>+64 21 338 434</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5FAFA4BB" w14:textId="77777777" w:rsidR="00DF2A31" w:rsidRDefault="00000000">
            <w:hyperlink r:id="rId9">
              <w:r>
                <w:rPr>
                  <w:color w:val="0563C1"/>
                  <w:sz w:val="17"/>
                  <w:szCs w:val="17"/>
                  <w:u w:val="single"/>
                </w:rPr>
                <w:t>homelink.org/en/contact</w:t>
              </w:r>
            </w:hyperlink>
          </w:p>
        </w:tc>
      </w:tr>
      <w:tr w:rsidR="00DF2A31" w14:paraId="7187DF23"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32A649C7" w14:textId="77777777" w:rsidR="00DF2A31" w:rsidRDefault="00000000">
            <w:r>
              <w:rPr>
                <w:b/>
                <w:color w:val="000000"/>
                <w:sz w:val="18"/>
              </w:rPr>
              <w:t>Austria</w:t>
            </w:r>
          </w:p>
        </w:tc>
        <w:tc>
          <w:tcPr>
            <w:tcW w:w="1886"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306915DC" w14:textId="77777777" w:rsidR="00DF2A31" w:rsidRDefault="00000000">
            <w:r>
              <w:rPr>
                <w:color w:val="000000"/>
                <w:sz w:val="17"/>
              </w:rPr>
              <w:t>Marie-Paule Loye / Helena</w:t>
            </w:r>
          </w:p>
        </w:tc>
        <w:tc>
          <w:tcPr>
            <w:tcW w:w="2635"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4A786619" w14:textId="77777777" w:rsidR="00DF2A31" w:rsidRDefault="00000000">
            <w:hyperlink r:id="rId10">
              <w:r>
                <w:rPr>
                  <w:color w:val="0563C1"/>
                  <w:sz w:val="17"/>
                  <w:szCs w:val="17"/>
                  <w:u w:val="single"/>
                </w:rPr>
                <w:t>info@homelink.ch</w:t>
              </w:r>
            </w:hyperlink>
            <w:r>
              <w:br/>
            </w:r>
            <w:hyperlink r:id="rId11">
              <w:r>
                <w:rPr>
                  <w:color w:val="0563C1"/>
                  <w:sz w:val="17"/>
                  <w:szCs w:val="17"/>
                  <w:u w:val="single"/>
                </w:rPr>
                <w:t>info-de@homelink.ch</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07F1AA5F" w14:textId="77777777" w:rsidR="00DF2A31" w:rsidRDefault="00000000">
            <w:r>
              <w:rPr>
                <w:color w:val="555555"/>
                <w:sz w:val="17"/>
              </w:rPr>
              <w:t>+41 79 628 28 18</w:t>
            </w:r>
          </w:p>
        </w:tc>
        <w:tc>
          <w:tcPr>
            <w:tcW w:w="3053"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5D21B775" w14:textId="77777777" w:rsidR="00DF2A31" w:rsidRDefault="00000000">
            <w:hyperlink r:id="rId12">
              <w:r>
                <w:rPr>
                  <w:color w:val="0563C1"/>
                  <w:sz w:val="17"/>
                  <w:szCs w:val="17"/>
                  <w:u w:val="single"/>
                </w:rPr>
                <w:t>www.haustauschferien.at</w:t>
              </w:r>
            </w:hyperlink>
          </w:p>
        </w:tc>
      </w:tr>
      <w:tr w:rsidR="00DF2A31" w14:paraId="3867AC11"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0488478A" w14:textId="77777777" w:rsidR="00DF2A31" w:rsidRDefault="00000000">
            <w:r>
              <w:rPr>
                <w:b/>
                <w:color w:val="000000"/>
                <w:sz w:val="18"/>
              </w:rPr>
              <w:t>Belgium</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7B2D3C7D" w14:textId="77777777" w:rsidR="00DF2A31" w:rsidRDefault="00000000">
            <w:r>
              <w:rPr>
                <w:color w:val="000000"/>
                <w:sz w:val="17"/>
              </w:rPr>
              <w:t>Mpact vzw</w:t>
            </w:r>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117692EE" w14:textId="77777777" w:rsidR="00DF2A31" w:rsidRDefault="00000000">
            <w:hyperlink r:id="rId13">
              <w:r>
                <w:rPr>
                  <w:color w:val="0563C1"/>
                  <w:sz w:val="17"/>
                  <w:szCs w:val="17"/>
                  <w:u w:val="single"/>
                </w:rPr>
                <w:t>huisruil@mpact.be</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0CEF7055" w14:textId="77777777" w:rsidR="00DF2A31" w:rsidRDefault="00000000">
            <w:r>
              <w:rPr>
                <w:color w:val="000000"/>
                <w:sz w:val="17"/>
              </w:rPr>
              <w:t>+32 9 242 32 10</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58B52560" w14:textId="77777777" w:rsidR="00DF2A31" w:rsidRDefault="00000000">
            <w:hyperlink r:id="rId14">
              <w:r>
                <w:rPr>
                  <w:color w:val="0563C1"/>
                  <w:sz w:val="17"/>
                  <w:szCs w:val="17"/>
                  <w:u w:val="single"/>
                </w:rPr>
                <w:t>www.mpact.be/en/service/home-exchange</w:t>
              </w:r>
            </w:hyperlink>
          </w:p>
        </w:tc>
      </w:tr>
      <w:tr w:rsidR="00DF2A31" w14:paraId="6EAE7BEB"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7C40D9FE" w14:textId="77777777" w:rsidR="00DF2A31" w:rsidRDefault="00000000">
            <w:r>
              <w:rPr>
                <w:b/>
                <w:color w:val="000000"/>
                <w:sz w:val="18"/>
              </w:rPr>
              <w:t>Canada</w:t>
            </w:r>
          </w:p>
        </w:tc>
        <w:tc>
          <w:tcPr>
            <w:tcW w:w="1886"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5EF7F2F6" w14:textId="77777777" w:rsidR="00DF2A31" w:rsidRDefault="00000000">
            <w:r>
              <w:rPr>
                <w:color w:val="000000"/>
                <w:sz w:val="17"/>
              </w:rPr>
              <w:t>Leanne Graber</w:t>
            </w:r>
          </w:p>
        </w:tc>
        <w:tc>
          <w:tcPr>
            <w:tcW w:w="2635"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6930B3C9" w14:textId="77777777" w:rsidR="00DF2A31" w:rsidRDefault="00000000">
            <w:hyperlink r:id="rId15">
              <w:r>
                <w:rPr>
                  <w:color w:val="0563C1"/>
                  <w:sz w:val="17"/>
                  <w:szCs w:val="17"/>
                  <w:u w:val="single"/>
                </w:rPr>
                <w:t>info@homelink.ca</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0C6E1FDB" w14:textId="77777777" w:rsidR="00DF2A31" w:rsidRDefault="00000000">
            <w:r>
              <w:rPr>
                <w:color w:val="000000"/>
                <w:sz w:val="17"/>
              </w:rPr>
              <w:t>+1 604 987 3262</w:t>
            </w:r>
          </w:p>
        </w:tc>
        <w:tc>
          <w:tcPr>
            <w:tcW w:w="3053"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77C8D55E" w14:textId="77777777" w:rsidR="00DF2A31" w:rsidRDefault="00000000">
            <w:hyperlink r:id="rId16">
              <w:r>
                <w:rPr>
                  <w:color w:val="0563C1"/>
                  <w:sz w:val="17"/>
                  <w:szCs w:val="17"/>
                  <w:u w:val="single"/>
                </w:rPr>
                <w:t>www.homelink.ca</w:t>
              </w:r>
            </w:hyperlink>
          </w:p>
        </w:tc>
      </w:tr>
      <w:tr w:rsidR="00DF2A31" w14:paraId="502A70D3"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36D4E17B" w14:textId="77777777" w:rsidR="00DF2A31" w:rsidRDefault="00000000">
            <w:r>
              <w:rPr>
                <w:b/>
                <w:color w:val="000000"/>
                <w:sz w:val="18"/>
              </w:rPr>
              <w:t>Denmark</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1FDAEFF2" w14:textId="77777777" w:rsidR="00DF2A31" w:rsidRDefault="00000000">
            <w:r>
              <w:rPr>
                <w:color w:val="000000"/>
                <w:sz w:val="17"/>
              </w:rPr>
              <w:t>Christian Eberth</w:t>
            </w:r>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2D33DC99" w14:textId="77777777" w:rsidR="00DF2A31" w:rsidRDefault="00000000">
            <w:hyperlink r:id="rId17">
              <w:r>
                <w:rPr>
                  <w:color w:val="0563C1"/>
                  <w:sz w:val="17"/>
                  <w:szCs w:val="17"/>
                  <w:u w:val="single"/>
                </w:rPr>
                <w:t>info@boligbytte.dk</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39A2B093" w14:textId="77777777" w:rsidR="00DF2A31" w:rsidRDefault="00000000">
            <w:r>
              <w:rPr>
                <w:color w:val="555555"/>
                <w:sz w:val="17"/>
              </w:rPr>
              <w:t>+45 26 24 72 09</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315CCCD2" w14:textId="77777777" w:rsidR="00DF2A31" w:rsidRDefault="00000000">
            <w:hyperlink r:id="rId18">
              <w:r>
                <w:rPr>
                  <w:color w:val="0563C1"/>
                  <w:sz w:val="17"/>
                  <w:szCs w:val="17"/>
                  <w:u w:val="single"/>
                </w:rPr>
                <w:t>www.boligbytte.dk</w:t>
              </w:r>
            </w:hyperlink>
          </w:p>
        </w:tc>
      </w:tr>
      <w:tr w:rsidR="00DF2A31" w14:paraId="4B829F08"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07373502" w14:textId="77777777" w:rsidR="00DF2A31" w:rsidRDefault="00000000">
            <w:r>
              <w:rPr>
                <w:b/>
                <w:color w:val="000000"/>
                <w:sz w:val="18"/>
              </w:rPr>
              <w:t>Estonia</w:t>
            </w:r>
          </w:p>
        </w:tc>
        <w:tc>
          <w:tcPr>
            <w:tcW w:w="1886"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6BF945D8" w14:textId="77777777" w:rsidR="00DF2A31" w:rsidRDefault="00000000">
            <w:r>
              <w:rPr>
                <w:color w:val="000000"/>
                <w:sz w:val="17"/>
              </w:rPr>
              <w:t>Sandra Loor</w:t>
            </w:r>
          </w:p>
        </w:tc>
        <w:tc>
          <w:tcPr>
            <w:tcW w:w="2635"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54F9718B" w14:textId="77777777" w:rsidR="00DF2A31" w:rsidRDefault="00000000">
            <w:hyperlink r:id="rId19">
              <w:r>
                <w:rPr>
                  <w:color w:val="0563C1"/>
                  <w:sz w:val="17"/>
                  <w:szCs w:val="17"/>
                  <w:u w:val="single"/>
                </w:rPr>
                <w:t>info@homelink.ee</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0085C7ED" w14:textId="77777777" w:rsidR="00DF2A31" w:rsidRDefault="00000000">
            <w:r>
              <w:rPr>
                <w:color w:val="555555"/>
                <w:sz w:val="17"/>
              </w:rPr>
              <w:t>+372 5191 7768</w:t>
            </w:r>
          </w:p>
        </w:tc>
        <w:tc>
          <w:tcPr>
            <w:tcW w:w="3053"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27538E30" w14:textId="77777777" w:rsidR="00DF2A31" w:rsidRDefault="00000000">
            <w:hyperlink r:id="rId20">
              <w:r>
                <w:rPr>
                  <w:color w:val="0563C1"/>
                  <w:sz w:val="17"/>
                  <w:szCs w:val="17"/>
                  <w:u w:val="single"/>
                </w:rPr>
                <w:t>homelink.org/et</w:t>
              </w:r>
            </w:hyperlink>
          </w:p>
        </w:tc>
      </w:tr>
      <w:tr w:rsidR="00DF2A31" w14:paraId="0CAC4669"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6D1BC1D8" w14:textId="77777777" w:rsidR="00DF2A31" w:rsidRDefault="00000000">
            <w:r>
              <w:rPr>
                <w:b/>
                <w:color w:val="000000"/>
                <w:sz w:val="18"/>
              </w:rPr>
              <w:t>Finland</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5CE86C02" w14:textId="77777777" w:rsidR="00DF2A31" w:rsidRDefault="00000000">
            <w:r>
              <w:rPr>
                <w:color w:val="000000"/>
                <w:sz w:val="17"/>
              </w:rPr>
              <w:t>Sandra Loor</w:t>
            </w:r>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5B848255" w14:textId="77777777" w:rsidR="00DF2A31" w:rsidRDefault="00000000">
            <w:hyperlink r:id="rId21">
              <w:r>
                <w:rPr>
                  <w:color w:val="0563C1"/>
                  <w:sz w:val="17"/>
                  <w:szCs w:val="17"/>
                  <w:u w:val="single"/>
                </w:rPr>
                <w:t>info@homelink.ee</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0588EF84" w14:textId="77777777" w:rsidR="00DF2A31" w:rsidRDefault="00000000">
            <w:r>
              <w:rPr>
                <w:color w:val="555555"/>
                <w:sz w:val="17"/>
              </w:rPr>
              <w:t>+372 5191 7768</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71595F5C" w14:textId="77777777" w:rsidR="00DF2A31" w:rsidRDefault="00000000">
            <w:hyperlink r:id="rId22">
              <w:r>
                <w:rPr>
                  <w:color w:val="0563C1"/>
                  <w:sz w:val="17"/>
                  <w:szCs w:val="17"/>
                  <w:u w:val="single"/>
                </w:rPr>
                <w:t>homelink.org/en/contact</w:t>
              </w:r>
            </w:hyperlink>
          </w:p>
        </w:tc>
      </w:tr>
      <w:tr w:rsidR="00DF2A31" w14:paraId="4E4E370D"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4815D288" w14:textId="77777777" w:rsidR="00DF2A31" w:rsidRDefault="00000000">
            <w:r>
              <w:rPr>
                <w:b/>
                <w:color w:val="000000"/>
                <w:sz w:val="18"/>
              </w:rPr>
              <w:t>France</w:t>
            </w:r>
          </w:p>
        </w:tc>
        <w:tc>
          <w:tcPr>
            <w:tcW w:w="1886"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083A8194" w14:textId="77777777" w:rsidR="00DF2A31" w:rsidRDefault="00000000">
            <w:r>
              <w:rPr>
                <w:color w:val="000000"/>
                <w:sz w:val="17"/>
              </w:rPr>
              <w:t>Lilli Engle</w:t>
            </w:r>
          </w:p>
        </w:tc>
        <w:tc>
          <w:tcPr>
            <w:tcW w:w="2635"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4789B9E5" w14:textId="77777777" w:rsidR="00DF2A31" w:rsidRDefault="00000000">
            <w:hyperlink r:id="rId23">
              <w:r>
                <w:rPr>
                  <w:color w:val="0563C1"/>
                  <w:sz w:val="17"/>
                  <w:szCs w:val="17"/>
                  <w:u w:val="single"/>
                </w:rPr>
                <w:t>homelink.members@gmail.com</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09AD69B3" w14:textId="77777777" w:rsidR="00DF2A31" w:rsidRDefault="00000000">
            <w:r>
              <w:rPr>
                <w:color w:val="555555"/>
                <w:sz w:val="17"/>
              </w:rPr>
              <w:t>-</w:t>
            </w:r>
          </w:p>
        </w:tc>
        <w:tc>
          <w:tcPr>
            <w:tcW w:w="3053"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5CBCB3E5" w14:textId="77777777" w:rsidR="00DF2A31" w:rsidRDefault="00000000">
            <w:hyperlink r:id="rId24">
              <w:r>
                <w:rPr>
                  <w:color w:val="0563C1"/>
                  <w:sz w:val="17"/>
                  <w:szCs w:val="17"/>
                  <w:u w:val="single"/>
                </w:rPr>
                <w:t>homelink.org/fr</w:t>
              </w:r>
            </w:hyperlink>
          </w:p>
        </w:tc>
      </w:tr>
      <w:tr w:rsidR="00DF2A31" w14:paraId="6EB8751D"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29A2C5EA" w14:textId="77777777" w:rsidR="00DF2A31" w:rsidRDefault="00000000">
            <w:r>
              <w:rPr>
                <w:b/>
                <w:color w:val="000000"/>
                <w:sz w:val="18"/>
              </w:rPr>
              <w:t>Germany</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648F73D4" w14:textId="51A2C630" w:rsidR="00DF2A31" w:rsidRDefault="00303843">
            <w:r>
              <w:rPr>
                <w:color w:val="000000"/>
                <w:sz w:val="17"/>
              </w:rPr>
              <w:t xml:space="preserve">Manfred </w:t>
            </w:r>
            <w:proofErr w:type="spellStart"/>
            <w:r>
              <w:rPr>
                <w:color w:val="000000"/>
                <w:sz w:val="17"/>
              </w:rPr>
              <w:t>Lypold</w:t>
            </w:r>
            <w:proofErr w:type="spellEnd"/>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6E5B7357" w14:textId="77777777" w:rsidR="00DF2A31" w:rsidRDefault="00000000">
            <w:hyperlink r:id="rId25">
              <w:r>
                <w:rPr>
                  <w:color w:val="0563C1"/>
                  <w:sz w:val="17"/>
                  <w:szCs w:val="17"/>
                  <w:u w:val="single"/>
                </w:rPr>
                <w:t>service@homelink.de</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4564BCF4" w14:textId="77777777" w:rsidR="00DF2A31" w:rsidRDefault="00000000">
            <w:r>
              <w:rPr>
                <w:color w:val="000000"/>
                <w:sz w:val="17"/>
              </w:rPr>
              <w:t>+49 9503 503037</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44B1A94B" w14:textId="77777777" w:rsidR="00DF2A31" w:rsidRDefault="00000000">
            <w:hyperlink r:id="rId26">
              <w:r>
                <w:rPr>
                  <w:color w:val="0563C1"/>
                  <w:sz w:val="17"/>
                  <w:szCs w:val="17"/>
                  <w:u w:val="single"/>
                </w:rPr>
                <w:t>www.homelink.de</w:t>
              </w:r>
            </w:hyperlink>
          </w:p>
        </w:tc>
      </w:tr>
      <w:tr w:rsidR="00DF2A31" w14:paraId="302E0F66"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3571D5B1" w14:textId="77777777" w:rsidR="00DF2A31" w:rsidRDefault="00000000">
            <w:r>
              <w:rPr>
                <w:b/>
                <w:color w:val="000000"/>
                <w:sz w:val="18"/>
              </w:rPr>
              <w:t>Iceland</w:t>
            </w:r>
          </w:p>
        </w:tc>
        <w:tc>
          <w:tcPr>
            <w:tcW w:w="1886"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6B1FC063" w14:textId="77777777" w:rsidR="00DF2A31" w:rsidRDefault="00000000">
            <w:r>
              <w:rPr>
                <w:color w:val="000000"/>
                <w:sz w:val="17"/>
              </w:rPr>
              <w:t>Gunhild Gåsvik</w:t>
            </w:r>
          </w:p>
        </w:tc>
        <w:tc>
          <w:tcPr>
            <w:tcW w:w="2635"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3C24950B" w14:textId="77777777" w:rsidR="00DF2A31" w:rsidRDefault="00000000">
            <w:hyperlink r:id="rId27">
              <w:r>
                <w:rPr>
                  <w:color w:val="0563C1"/>
                  <w:sz w:val="17"/>
                  <w:szCs w:val="17"/>
                  <w:u w:val="single"/>
                </w:rPr>
                <w:t>gunhild@boligbytte.no</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6276A33B" w14:textId="77777777" w:rsidR="00DF2A31" w:rsidRDefault="00000000">
            <w:r>
              <w:rPr>
                <w:color w:val="555555"/>
                <w:sz w:val="17"/>
              </w:rPr>
              <w:t>+47 900 78 931</w:t>
            </w:r>
          </w:p>
        </w:tc>
        <w:tc>
          <w:tcPr>
            <w:tcW w:w="3053"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7C60FF46" w14:textId="77777777" w:rsidR="00DF2A31" w:rsidRDefault="00000000">
            <w:hyperlink r:id="rId28">
              <w:r>
                <w:rPr>
                  <w:color w:val="0563C1"/>
                  <w:sz w:val="17"/>
                  <w:szCs w:val="17"/>
                  <w:u w:val="single"/>
                </w:rPr>
                <w:t>homelink.org/en/contact</w:t>
              </w:r>
            </w:hyperlink>
          </w:p>
        </w:tc>
      </w:tr>
      <w:tr w:rsidR="00DF2A31" w14:paraId="1AC37773"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72119657" w14:textId="77777777" w:rsidR="00DF2A31" w:rsidRDefault="00000000">
            <w:r>
              <w:rPr>
                <w:b/>
                <w:color w:val="000000"/>
                <w:sz w:val="18"/>
              </w:rPr>
              <w:t>Ireland</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27C18317" w14:textId="77777777" w:rsidR="00DF2A31" w:rsidRDefault="00000000">
            <w:r>
              <w:rPr>
                <w:color w:val="000000"/>
                <w:sz w:val="17"/>
              </w:rPr>
              <w:t>Marie and Paul Murphy</w:t>
            </w:r>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45CECA05" w14:textId="77777777" w:rsidR="00DF2A31" w:rsidRDefault="00000000">
            <w:hyperlink r:id="rId29">
              <w:r>
                <w:rPr>
                  <w:color w:val="0563C1"/>
                  <w:sz w:val="17"/>
                  <w:szCs w:val="17"/>
                  <w:u w:val="single"/>
                </w:rPr>
                <w:t>info@homelink.ie</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2928F24B" w14:textId="77777777" w:rsidR="00DF2A31" w:rsidRDefault="00000000">
            <w:r>
              <w:rPr>
                <w:color w:val="000000"/>
                <w:sz w:val="17"/>
              </w:rPr>
              <w:t>+353 1 8462598</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22E3DDDF" w14:textId="77777777" w:rsidR="00DF2A31" w:rsidRDefault="00000000">
            <w:hyperlink r:id="rId30">
              <w:r>
                <w:rPr>
                  <w:color w:val="0563C1"/>
                  <w:sz w:val="17"/>
                  <w:szCs w:val="17"/>
                  <w:u w:val="single"/>
                </w:rPr>
                <w:t>www.homelink.ie</w:t>
              </w:r>
            </w:hyperlink>
          </w:p>
        </w:tc>
      </w:tr>
      <w:tr w:rsidR="00DF2A31" w14:paraId="5532945A"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57CA3C89" w14:textId="77777777" w:rsidR="00DF2A31" w:rsidRDefault="00000000">
            <w:r>
              <w:rPr>
                <w:b/>
                <w:color w:val="000000"/>
                <w:sz w:val="18"/>
              </w:rPr>
              <w:t>Italy</w:t>
            </w:r>
          </w:p>
        </w:tc>
        <w:tc>
          <w:tcPr>
            <w:tcW w:w="1886"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048131BC" w14:textId="77777777" w:rsidR="00DF2A31" w:rsidRDefault="00000000">
            <w:r>
              <w:rPr>
                <w:color w:val="000000"/>
                <w:sz w:val="17"/>
              </w:rPr>
              <w:t>Giovanni Pujatti</w:t>
            </w:r>
          </w:p>
        </w:tc>
        <w:tc>
          <w:tcPr>
            <w:tcW w:w="2635"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6B5DA43A" w14:textId="77777777" w:rsidR="00DF2A31" w:rsidRDefault="00000000">
            <w:hyperlink r:id="rId31">
              <w:r>
                <w:rPr>
                  <w:color w:val="0563C1"/>
                  <w:sz w:val="17"/>
                  <w:szCs w:val="17"/>
                  <w:u w:val="single"/>
                </w:rPr>
                <w:t>info@homelink.it</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02724859" w14:textId="77777777" w:rsidR="00DF2A31" w:rsidRDefault="00000000">
            <w:r>
              <w:rPr>
                <w:color w:val="000000"/>
                <w:sz w:val="17"/>
              </w:rPr>
              <w:t>+39 0422 419099</w:t>
            </w:r>
          </w:p>
        </w:tc>
        <w:tc>
          <w:tcPr>
            <w:tcW w:w="3053"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754E3ACC" w14:textId="77777777" w:rsidR="00DF2A31" w:rsidRDefault="00000000">
            <w:hyperlink r:id="rId32">
              <w:r>
                <w:rPr>
                  <w:color w:val="0563C1"/>
                  <w:sz w:val="17"/>
                  <w:szCs w:val="17"/>
                  <w:u w:val="single"/>
                </w:rPr>
                <w:t>homelink.it</w:t>
              </w:r>
            </w:hyperlink>
          </w:p>
        </w:tc>
      </w:tr>
      <w:tr w:rsidR="00DF2A31" w14:paraId="739AB257"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1072355D" w14:textId="77777777" w:rsidR="00DF2A31" w:rsidRDefault="00000000">
            <w:r>
              <w:rPr>
                <w:b/>
                <w:color w:val="000000"/>
                <w:sz w:val="18"/>
              </w:rPr>
              <w:t>Netherlands</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0875DD25" w14:textId="77777777" w:rsidR="00DF2A31" w:rsidRDefault="00000000">
            <w:r>
              <w:rPr>
                <w:color w:val="000000"/>
                <w:sz w:val="17"/>
              </w:rPr>
              <w:t>Inga de Ruiter</w:t>
            </w:r>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2CB19C4D" w14:textId="77777777" w:rsidR="00DF2A31" w:rsidRDefault="00000000">
            <w:hyperlink r:id="rId33">
              <w:r>
                <w:rPr>
                  <w:color w:val="0563C1"/>
                  <w:sz w:val="17"/>
                  <w:szCs w:val="17"/>
                  <w:u w:val="single"/>
                </w:rPr>
                <w:t>info@holidaylink.com</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34C5F0DE" w14:textId="77777777" w:rsidR="00DF2A31" w:rsidRDefault="00000000">
            <w:r>
              <w:rPr>
                <w:color w:val="000000"/>
                <w:sz w:val="17"/>
              </w:rPr>
              <w:t>+31 512 519793</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28B645A6" w14:textId="77777777" w:rsidR="00DF2A31" w:rsidRDefault="00000000">
            <w:hyperlink r:id="rId34">
              <w:r>
                <w:rPr>
                  <w:color w:val="0563C1"/>
                  <w:sz w:val="17"/>
                  <w:szCs w:val="17"/>
                  <w:u w:val="single"/>
                </w:rPr>
                <w:t>homelink.org/nl/contact</w:t>
              </w:r>
            </w:hyperlink>
          </w:p>
        </w:tc>
      </w:tr>
      <w:tr w:rsidR="00DF2A31" w14:paraId="240732FA"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10B8A6EC" w14:textId="77777777" w:rsidR="00DF2A31" w:rsidRDefault="00000000">
            <w:r>
              <w:rPr>
                <w:b/>
                <w:color w:val="000000"/>
                <w:sz w:val="18"/>
              </w:rPr>
              <w:t>New Zealand</w:t>
            </w:r>
          </w:p>
        </w:tc>
        <w:tc>
          <w:tcPr>
            <w:tcW w:w="1886"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16E87431" w14:textId="77777777" w:rsidR="00DF2A31" w:rsidRDefault="00000000">
            <w:r>
              <w:rPr>
                <w:color w:val="000000"/>
                <w:sz w:val="17"/>
              </w:rPr>
              <w:t>Sarah Cooke</w:t>
            </w:r>
          </w:p>
        </w:tc>
        <w:tc>
          <w:tcPr>
            <w:tcW w:w="2635"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6EBE4813" w14:textId="77777777" w:rsidR="00DF2A31" w:rsidRDefault="00000000">
            <w:hyperlink r:id="rId35">
              <w:r>
                <w:rPr>
                  <w:color w:val="0563C1"/>
                  <w:sz w:val="17"/>
                  <w:szCs w:val="17"/>
                  <w:u w:val="single"/>
                </w:rPr>
                <w:t>homelinknewzealand@gmail.com</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14DFFDA9" w14:textId="77777777" w:rsidR="00DF2A31" w:rsidRDefault="00000000">
            <w:r>
              <w:rPr>
                <w:color w:val="555555"/>
                <w:sz w:val="17"/>
              </w:rPr>
              <w:t>+64 21 338 434</w:t>
            </w:r>
          </w:p>
        </w:tc>
        <w:tc>
          <w:tcPr>
            <w:tcW w:w="3053"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70130080" w14:textId="77777777" w:rsidR="00DF2A31" w:rsidRDefault="00000000">
            <w:hyperlink r:id="rId36">
              <w:r>
                <w:rPr>
                  <w:color w:val="0563C1"/>
                  <w:sz w:val="17"/>
                  <w:szCs w:val="17"/>
                  <w:u w:val="single"/>
                </w:rPr>
                <w:t>homelink.org/en/contact</w:t>
              </w:r>
            </w:hyperlink>
          </w:p>
        </w:tc>
      </w:tr>
      <w:tr w:rsidR="00DF2A31" w14:paraId="219BA0B4"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433B59B1" w14:textId="77777777" w:rsidR="00DF2A31" w:rsidRDefault="00000000">
            <w:r>
              <w:rPr>
                <w:b/>
                <w:color w:val="000000"/>
                <w:sz w:val="18"/>
              </w:rPr>
              <w:t>Norway</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56ECAFF8" w14:textId="77777777" w:rsidR="00DF2A31" w:rsidRDefault="00000000">
            <w:r>
              <w:rPr>
                <w:color w:val="000000"/>
                <w:sz w:val="17"/>
              </w:rPr>
              <w:t>Gunhild Gåsvik</w:t>
            </w:r>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5127A0AC" w14:textId="77777777" w:rsidR="00DF2A31" w:rsidRDefault="00000000">
            <w:hyperlink r:id="rId37">
              <w:r>
                <w:rPr>
                  <w:color w:val="0563C1"/>
                  <w:sz w:val="17"/>
                  <w:szCs w:val="17"/>
                  <w:u w:val="single"/>
                </w:rPr>
                <w:t>gunhild@boligbytte.no</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784BCFAE" w14:textId="77777777" w:rsidR="00DF2A31" w:rsidRDefault="00000000">
            <w:r>
              <w:rPr>
                <w:color w:val="555555"/>
                <w:sz w:val="17"/>
              </w:rPr>
              <w:t>+47 900 78 931</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0F6B4751" w14:textId="77777777" w:rsidR="00DF2A31" w:rsidRDefault="00000000">
            <w:hyperlink r:id="rId38">
              <w:r>
                <w:rPr>
                  <w:color w:val="0563C1"/>
                  <w:sz w:val="17"/>
                  <w:szCs w:val="17"/>
                  <w:u w:val="single"/>
                </w:rPr>
                <w:t>homelink.org/no</w:t>
              </w:r>
            </w:hyperlink>
          </w:p>
        </w:tc>
      </w:tr>
      <w:tr w:rsidR="00DF2A31" w14:paraId="67488555"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6A70EEA8" w14:textId="77777777" w:rsidR="00DF2A31" w:rsidRDefault="00000000">
            <w:r>
              <w:rPr>
                <w:b/>
                <w:color w:val="000000"/>
                <w:sz w:val="18"/>
              </w:rPr>
              <w:t>Portugal</w:t>
            </w:r>
          </w:p>
        </w:tc>
        <w:tc>
          <w:tcPr>
            <w:tcW w:w="1886"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098097FF" w14:textId="77777777" w:rsidR="00DF2A31" w:rsidRDefault="00000000">
            <w:r>
              <w:rPr>
                <w:color w:val="000000"/>
                <w:sz w:val="17"/>
              </w:rPr>
              <w:t>Gretel Standaert / Mpact</w:t>
            </w:r>
          </w:p>
        </w:tc>
        <w:tc>
          <w:tcPr>
            <w:tcW w:w="2635"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2553D9DF" w14:textId="77777777" w:rsidR="00DF2A31" w:rsidRDefault="00000000">
            <w:hyperlink r:id="rId39">
              <w:r>
                <w:rPr>
                  <w:color w:val="0563C1"/>
                  <w:sz w:val="17"/>
                  <w:szCs w:val="17"/>
                  <w:u w:val="single"/>
                </w:rPr>
                <w:t>huisruil@mpact.be</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1CD9F763" w14:textId="77777777" w:rsidR="00DF2A31" w:rsidRDefault="00000000">
            <w:r>
              <w:rPr>
                <w:color w:val="555555"/>
                <w:sz w:val="17"/>
              </w:rPr>
              <w:t>+32 9 242 32 10</w:t>
            </w:r>
          </w:p>
        </w:tc>
        <w:tc>
          <w:tcPr>
            <w:tcW w:w="3053"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70F44D5B" w14:textId="77777777" w:rsidR="00DF2A31" w:rsidRDefault="00000000">
            <w:hyperlink r:id="rId40">
              <w:r>
                <w:rPr>
                  <w:color w:val="0563C1"/>
                  <w:sz w:val="17"/>
                  <w:szCs w:val="17"/>
                  <w:u w:val="single"/>
                </w:rPr>
                <w:t>homelink.org/pt</w:t>
              </w:r>
            </w:hyperlink>
          </w:p>
        </w:tc>
      </w:tr>
      <w:tr w:rsidR="00DF2A31" w14:paraId="7D4859EE"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642FEFA9" w14:textId="77777777" w:rsidR="00DF2A31" w:rsidRDefault="00000000">
            <w:r>
              <w:rPr>
                <w:b/>
                <w:color w:val="000000"/>
                <w:sz w:val="18"/>
              </w:rPr>
              <w:t>South Africa</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1E0A01CF" w14:textId="77777777" w:rsidR="00DF2A31" w:rsidRDefault="00000000">
            <w:r>
              <w:rPr>
                <w:color w:val="000000"/>
                <w:sz w:val="17"/>
              </w:rPr>
              <w:t>Caroline Connolly</w:t>
            </w:r>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00F42CC2" w14:textId="77777777" w:rsidR="00DF2A31" w:rsidRDefault="00000000">
            <w:hyperlink r:id="rId41">
              <w:r>
                <w:rPr>
                  <w:color w:val="0563C1"/>
                  <w:sz w:val="17"/>
                  <w:szCs w:val="17"/>
                  <w:u w:val="single"/>
                </w:rPr>
                <w:t>caroline@homelinksouthafrica.org</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3265B7B0" w14:textId="77777777" w:rsidR="00DF2A31" w:rsidRDefault="00000000">
            <w:r>
              <w:rPr>
                <w:color w:val="000000"/>
                <w:sz w:val="17"/>
              </w:rPr>
              <w:t>+44 1962 888486</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0344B109" w14:textId="77777777" w:rsidR="00DF2A31" w:rsidRDefault="00000000">
            <w:hyperlink r:id="rId42">
              <w:r>
                <w:rPr>
                  <w:color w:val="0563C1"/>
                  <w:sz w:val="17"/>
                  <w:szCs w:val="17"/>
                  <w:u w:val="single"/>
                </w:rPr>
                <w:t>homelink.org/en/contact</w:t>
              </w:r>
            </w:hyperlink>
          </w:p>
        </w:tc>
      </w:tr>
      <w:tr w:rsidR="00DF2A31" w14:paraId="2EF08E40"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5BAEF5BC" w14:textId="77777777" w:rsidR="00DF2A31" w:rsidRDefault="00000000">
            <w:r>
              <w:rPr>
                <w:b/>
                <w:color w:val="000000"/>
                <w:sz w:val="18"/>
              </w:rPr>
              <w:t>Spain</w:t>
            </w:r>
          </w:p>
        </w:tc>
        <w:tc>
          <w:tcPr>
            <w:tcW w:w="1886"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6216269B" w14:textId="77777777" w:rsidR="00DF2A31" w:rsidRDefault="00000000">
            <w:r>
              <w:rPr>
                <w:color w:val="000000"/>
                <w:sz w:val="17"/>
              </w:rPr>
              <w:t>Lilli Engle</w:t>
            </w:r>
          </w:p>
        </w:tc>
        <w:tc>
          <w:tcPr>
            <w:tcW w:w="2635"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06D3E513" w14:textId="77777777" w:rsidR="00DF2A31" w:rsidRDefault="00000000">
            <w:hyperlink r:id="rId43">
              <w:r>
                <w:rPr>
                  <w:color w:val="0563C1"/>
                  <w:sz w:val="17"/>
                  <w:szCs w:val="17"/>
                  <w:u w:val="single"/>
                </w:rPr>
                <w:t>homelink.members@gmail.com</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0A07B870" w14:textId="77777777" w:rsidR="00DF2A31" w:rsidRDefault="00000000">
            <w:r>
              <w:rPr>
                <w:color w:val="555555"/>
                <w:sz w:val="17"/>
              </w:rPr>
              <w:t>-</w:t>
            </w:r>
          </w:p>
        </w:tc>
        <w:tc>
          <w:tcPr>
            <w:tcW w:w="3053"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653B4C72" w14:textId="77777777" w:rsidR="00DF2A31" w:rsidRDefault="00000000">
            <w:hyperlink r:id="rId44">
              <w:r>
                <w:rPr>
                  <w:color w:val="0563C1"/>
                  <w:sz w:val="17"/>
                  <w:szCs w:val="17"/>
                  <w:u w:val="single"/>
                </w:rPr>
                <w:t>homelink.org/es</w:t>
              </w:r>
            </w:hyperlink>
          </w:p>
        </w:tc>
      </w:tr>
      <w:tr w:rsidR="00DF2A31" w14:paraId="127877C6"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5D8E091C" w14:textId="77777777" w:rsidR="00DF2A31" w:rsidRDefault="00000000">
            <w:r>
              <w:rPr>
                <w:b/>
                <w:color w:val="000000"/>
                <w:sz w:val="18"/>
              </w:rPr>
              <w:t>Sweden</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2D006B89" w14:textId="77777777" w:rsidR="00DF2A31" w:rsidRDefault="00000000">
            <w:r>
              <w:rPr>
                <w:color w:val="000000"/>
                <w:sz w:val="17"/>
              </w:rPr>
              <w:t>Gunhild Gåsvik</w:t>
            </w:r>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042A43FC" w14:textId="77777777" w:rsidR="00DF2A31" w:rsidRDefault="00000000">
            <w:hyperlink r:id="rId45">
              <w:r>
                <w:rPr>
                  <w:color w:val="0563C1"/>
                  <w:sz w:val="17"/>
                  <w:szCs w:val="17"/>
                  <w:u w:val="single"/>
                </w:rPr>
                <w:t>gunhild@boligbytte.no</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647ECC86" w14:textId="77777777" w:rsidR="00DF2A31" w:rsidRDefault="00000000">
            <w:r>
              <w:rPr>
                <w:color w:val="555555"/>
                <w:sz w:val="17"/>
              </w:rPr>
              <w:t>+47 900 78 931</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6F79106F" w14:textId="77777777" w:rsidR="00DF2A31" w:rsidRDefault="00000000">
            <w:hyperlink r:id="rId46">
              <w:r>
                <w:rPr>
                  <w:color w:val="0563C1"/>
                  <w:sz w:val="17"/>
                  <w:szCs w:val="17"/>
                  <w:u w:val="single"/>
                </w:rPr>
                <w:t>homelink.org/sv</w:t>
              </w:r>
            </w:hyperlink>
          </w:p>
        </w:tc>
      </w:tr>
      <w:tr w:rsidR="00DF2A31" w14:paraId="49201F0A"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3297ADBD" w14:textId="77777777" w:rsidR="00DF2A31" w:rsidRDefault="00000000">
            <w:r>
              <w:rPr>
                <w:b/>
                <w:color w:val="000000"/>
                <w:sz w:val="18"/>
              </w:rPr>
              <w:t>Switzerland</w:t>
            </w:r>
          </w:p>
        </w:tc>
        <w:tc>
          <w:tcPr>
            <w:tcW w:w="1886"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7FF0F815" w14:textId="77777777" w:rsidR="00DF2A31" w:rsidRDefault="00000000">
            <w:r>
              <w:rPr>
                <w:color w:val="000000"/>
                <w:sz w:val="17"/>
              </w:rPr>
              <w:t>Marie-Paule Loye / Helena</w:t>
            </w:r>
          </w:p>
        </w:tc>
        <w:tc>
          <w:tcPr>
            <w:tcW w:w="2635"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5A6A4852" w14:textId="77777777" w:rsidR="00DF2A31" w:rsidRDefault="00000000">
            <w:hyperlink r:id="rId47">
              <w:r>
                <w:rPr>
                  <w:color w:val="0563C1"/>
                  <w:sz w:val="17"/>
                  <w:szCs w:val="17"/>
                  <w:u w:val="single"/>
                </w:rPr>
                <w:t>info@homelink.ch</w:t>
              </w:r>
            </w:hyperlink>
            <w:r>
              <w:br/>
            </w:r>
            <w:hyperlink r:id="rId48">
              <w:r>
                <w:rPr>
                  <w:color w:val="0563C1"/>
                  <w:sz w:val="17"/>
                  <w:szCs w:val="17"/>
                  <w:u w:val="single"/>
                </w:rPr>
                <w:t>info-de@homelink.ch</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3A655405" w14:textId="77777777" w:rsidR="00DF2A31" w:rsidRDefault="00000000">
            <w:r>
              <w:rPr>
                <w:color w:val="555555"/>
                <w:sz w:val="17"/>
              </w:rPr>
              <w:t>+41 79 628 28 18</w:t>
            </w:r>
          </w:p>
        </w:tc>
        <w:tc>
          <w:tcPr>
            <w:tcW w:w="3053"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5C5522AD" w14:textId="77777777" w:rsidR="00DF2A31" w:rsidRDefault="00000000">
            <w:hyperlink r:id="rId49">
              <w:r>
                <w:rPr>
                  <w:color w:val="0563C1"/>
                  <w:sz w:val="17"/>
                  <w:szCs w:val="17"/>
                  <w:u w:val="single"/>
                </w:rPr>
                <w:t>www.homelink.ch</w:t>
              </w:r>
            </w:hyperlink>
          </w:p>
        </w:tc>
      </w:tr>
      <w:tr w:rsidR="00DF2A31" w14:paraId="1579063E"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70539474" w14:textId="77777777" w:rsidR="00DF2A31" w:rsidRDefault="00000000">
            <w:r>
              <w:rPr>
                <w:b/>
                <w:color w:val="000000"/>
                <w:sz w:val="18"/>
              </w:rPr>
              <w:t>Türkiye</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51730D77" w14:textId="77777777" w:rsidR="00DF2A31" w:rsidRDefault="00000000">
            <w:r>
              <w:rPr>
                <w:color w:val="000000"/>
                <w:sz w:val="17"/>
              </w:rPr>
              <w:t>Samim Er</w:t>
            </w:r>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45D87AA7" w14:textId="77777777" w:rsidR="00DF2A31" w:rsidRDefault="00000000">
            <w:hyperlink r:id="rId50">
              <w:r>
                <w:rPr>
                  <w:color w:val="0563C1"/>
                  <w:sz w:val="17"/>
                  <w:szCs w:val="17"/>
                  <w:u w:val="single"/>
                </w:rPr>
                <w:t>homelinktatil@gmail.com</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1CE62C24" w14:textId="77777777" w:rsidR="00DF2A31" w:rsidRDefault="00000000">
            <w:r>
              <w:rPr>
                <w:color w:val="555555"/>
                <w:sz w:val="17"/>
              </w:rPr>
              <w:t>-</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453821E4" w14:textId="77777777" w:rsidR="00DF2A31" w:rsidRDefault="00000000">
            <w:hyperlink r:id="rId51">
              <w:r>
                <w:rPr>
                  <w:color w:val="0563C1"/>
                  <w:sz w:val="17"/>
                  <w:szCs w:val="17"/>
                  <w:u w:val="single"/>
                </w:rPr>
                <w:t>homelink.org/en/contact</w:t>
              </w:r>
            </w:hyperlink>
          </w:p>
        </w:tc>
      </w:tr>
      <w:tr w:rsidR="00DF2A31" w14:paraId="0BC7EB72"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5EF126E7" w14:textId="77777777" w:rsidR="00DF2A31" w:rsidRDefault="00000000">
            <w:r>
              <w:rPr>
                <w:b/>
                <w:color w:val="000000"/>
                <w:sz w:val="18"/>
              </w:rPr>
              <w:t>United Kingdom</w:t>
            </w:r>
          </w:p>
        </w:tc>
        <w:tc>
          <w:tcPr>
            <w:tcW w:w="1886"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646E5677" w14:textId="77777777" w:rsidR="00DF2A31" w:rsidRDefault="00000000">
            <w:r>
              <w:rPr>
                <w:color w:val="000000"/>
                <w:sz w:val="17"/>
              </w:rPr>
              <w:t>Caroline Connolly</w:t>
            </w:r>
          </w:p>
        </w:tc>
        <w:tc>
          <w:tcPr>
            <w:tcW w:w="2635"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77F7F84E" w14:textId="77777777" w:rsidR="00DF2A31" w:rsidRDefault="00000000">
            <w:hyperlink r:id="rId52">
              <w:r>
                <w:rPr>
                  <w:color w:val="0563C1"/>
                  <w:sz w:val="17"/>
                  <w:szCs w:val="17"/>
                  <w:u w:val="single"/>
                </w:rPr>
                <w:t>mail@homelink.org.uk</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7EFDC9CF" w14:textId="77777777" w:rsidR="00DF2A31" w:rsidRDefault="00000000">
            <w:r>
              <w:rPr>
                <w:color w:val="000000"/>
                <w:sz w:val="17"/>
              </w:rPr>
              <w:t>+44 1962 888486</w:t>
            </w:r>
          </w:p>
        </w:tc>
        <w:tc>
          <w:tcPr>
            <w:tcW w:w="3053" w:type="dxa"/>
            <w:tcBorders>
              <w:top w:val="single" w:sz="4" w:space="0" w:color="D9D9D9"/>
              <w:left w:val="single" w:sz="4" w:space="0" w:color="D9D9D9"/>
              <w:bottom w:val="single" w:sz="4" w:space="0" w:color="D9D9D9"/>
              <w:right w:val="single" w:sz="4" w:space="0" w:color="D9D9D9"/>
            </w:tcBorders>
            <w:shd w:val="clear" w:color="auto" w:fill="EDF4FA"/>
            <w:tcMar>
              <w:top w:w="65" w:type="dxa"/>
              <w:left w:w="75" w:type="dxa"/>
              <w:bottom w:w="65" w:type="dxa"/>
              <w:right w:w="75" w:type="dxa"/>
            </w:tcMar>
            <w:vAlign w:val="center"/>
          </w:tcPr>
          <w:p w14:paraId="6934059B" w14:textId="77777777" w:rsidR="00DF2A31" w:rsidRDefault="00000000">
            <w:hyperlink r:id="rId53">
              <w:r>
                <w:rPr>
                  <w:color w:val="0563C1"/>
                  <w:sz w:val="17"/>
                  <w:szCs w:val="17"/>
                  <w:u w:val="single"/>
                </w:rPr>
                <w:t>www.homelink.org.uk</w:t>
              </w:r>
            </w:hyperlink>
          </w:p>
        </w:tc>
      </w:tr>
      <w:tr w:rsidR="00DF2A31" w14:paraId="741735CC" w14:textId="77777777">
        <w:trPr>
          <w:cantSplit/>
          <w:jc w:val="center"/>
        </w:trPr>
        <w:tc>
          <w:tcPr>
            <w:tcW w:w="1339"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0FA0299E" w14:textId="77777777" w:rsidR="00DF2A31" w:rsidRDefault="00000000">
            <w:r>
              <w:rPr>
                <w:b/>
                <w:color w:val="000000"/>
                <w:sz w:val="18"/>
              </w:rPr>
              <w:t>USA</w:t>
            </w:r>
          </w:p>
        </w:tc>
        <w:tc>
          <w:tcPr>
            <w:tcW w:w="1886"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0E694487" w14:textId="77777777" w:rsidR="00DF2A31" w:rsidRDefault="00000000">
            <w:r>
              <w:rPr>
                <w:color w:val="000000"/>
                <w:sz w:val="17"/>
              </w:rPr>
              <w:t>Karl and Katie Costabel</w:t>
            </w:r>
          </w:p>
        </w:tc>
        <w:tc>
          <w:tcPr>
            <w:tcW w:w="2635"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7776B65F" w14:textId="77777777" w:rsidR="00DF2A31" w:rsidRDefault="00000000">
            <w:hyperlink r:id="rId54">
              <w:r>
                <w:rPr>
                  <w:color w:val="0563C1"/>
                  <w:sz w:val="17"/>
                  <w:szCs w:val="17"/>
                  <w:u w:val="single"/>
                </w:rPr>
                <w:t>katie@homelink-usa.org</w:t>
              </w:r>
            </w:hyperlink>
          </w:p>
        </w:tc>
        <w:tc>
          <w:tcPr>
            <w:tcW w:w="1670"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203F57B8" w14:textId="77777777" w:rsidR="00DF2A31" w:rsidRDefault="00000000">
            <w:r>
              <w:rPr>
                <w:color w:val="555555"/>
                <w:sz w:val="17"/>
              </w:rPr>
              <w:t>-</w:t>
            </w:r>
          </w:p>
        </w:tc>
        <w:tc>
          <w:tcPr>
            <w:tcW w:w="3053" w:type="dxa"/>
            <w:tcBorders>
              <w:top w:val="single" w:sz="4" w:space="0" w:color="D9D9D9"/>
              <w:left w:val="single" w:sz="4" w:space="0" w:color="D9D9D9"/>
              <w:bottom w:val="single" w:sz="4" w:space="0" w:color="D9D9D9"/>
              <w:right w:val="single" w:sz="4" w:space="0" w:color="D9D9D9"/>
            </w:tcBorders>
            <w:shd w:val="clear" w:color="auto" w:fill="FFFFFF"/>
            <w:tcMar>
              <w:top w:w="65" w:type="dxa"/>
              <w:left w:w="75" w:type="dxa"/>
              <w:bottom w:w="65" w:type="dxa"/>
              <w:right w:w="75" w:type="dxa"/>
            </w:tcMar>
            <w:vAlign w:val="center"/>
          </w:tcPr>
          <w:p w14:paraId="3914F567" w14:textId="77777777" w:rsidR="00DF2A31" w:rsidRDefault="00000000">
            <w:hyperlink r:id="rId55">
              <w:r>
                <w:rPr>
                  <w:color w:val="0563C1"/>
                  <w:sz w:val="17"/>
                  <w:szCs w:val="17"/>
                  <w:u w:val="single"/>
                </w:rPr>
                <w:t>homelink.org/en/contact</w:t>
              </w:r>
            </w:hyperlink>
          </w:p>
        </w:tc>
      </w:tr>
    </w:tbl>
    <w:p w14:paraId="3977DAF5" w14:textId="77777777" w:rsidR="00000000" w:rsidRDefault="00000000"/>
    <w:sectPr w:rsidR="00000000" w:rsidSect="00034616">
      <w:headerReference w:type="default" r:id="rId56"/>
      <w:footerReference w:type="default" r:id="rId57"/>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0CA4E" w14:textId="77777777" w:rsidR="00D12070" w:rsidRDefault="00D12070">
      <w:pPr>
        <w:spacing w:after="0" w:line="240" w:lineRule="auto"/>
      </w:pPr>
      <w:r>
        <w:separator/>
      </w:r>
    </w:p>
  </w:endnote>
  <w:endnote w:type="continuationSeparator" w:id="0">
    <w:p w14:paraId="1FB56A15" w14:textId="77777777" w:rsidR="00D12070" w:rsidRDefault="00D12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97AD" w14:textId="77777777" w:rsidR="00DF2A31" w:rsidRDefault="00000000">
    <w:pPr>
      <w:pStyle w:val="Fuzeile"/>
      <w:spacing w:before="40"/>
      <w:jc w:val="center"/>
    </w:pPr>
    <w:r>
      <w:rPr>
        <w:color w:val="666666"/>
        <w:sz w:val="16"/>
      </w:rPr>
      <w:t>HomeLink public organiser contacts  |  18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5FF63" w14:textId="77777777" w:rsidR="00D12070" w:rsidRDefault="00D12070">
      <w:pPr>
        <w:spacing w:after="0" w:line="240" w:lineRule="auto"/>
      </w:pPr>
      <w:r>
        <w:separator/>
      </w:r>
    </w:p>
  </w:footnote>
  <w:footnote w:type="continuationSeparator" w:id="0">
    <w:p w14:paraId="04226183" w14:textId="77777777" w:rsidR="00D12070" w:rsidRDefault="00D12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0011F" w14:textId="77777777" w:rsidR="00DF2A31" w:rsidRDefault="00DF2A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959096042">
    <w:abstractNumId w:val="8"/>
  </w:num>
  <w:num w:numId="2" w16cid:durableId="51123212">
    <w:abstractNumId w:val="6"/>
  </w:num>
  <w:num w:numId="3" w16cid:durableId="1598294705">
    <w:abstractNumId w:val="5"/>
  </w:num>
  <w:num w:numId="4" w16cid:durableId="1477379016">
    <w:abstractNumId w:val="4"/>
  </w:num>
  <w:num w:numId="5" w16cid:durableId="309137443">
    <w:abstractNumId w:val="7"/>
  </w:num>
  <w:num w:numId="6" w16cid:durableId="1340229610">
    <w:abstractNumId w:val="3"/>
  </w:num>
  <w:num w:numId="7" w16cid:durableId="771826178">
    <w:abstractNumId w:val="2"/>
  </w:num>
  <w:num w:numId="8" w16cid:durableId="1074204464">
    <w:abstractNumId w:val="1"/>
  </w:num>
  <w:num w:numId="9" w16cid:durableId="1675913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3ECF"/>
    <w:rsid w:val="00303843"/>
    <w:rsid w:val="00326F90"/>
    <w:rsid w:val="00872A02"/>
    <w:rsid w:val="00AA1D8D"/>
    <w:rsid w:val="00B47730"/>
    <w:rsid w:val="00CB0664"/>
    <w:rsid w:val="00D12070"/>
    <w:rsid w:val="00DF2A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C0FD0C"/>
  <w14:defaultImageDpi w14:val="300"/>
  <w15:docId w15:val="{41251C17-A8D4-4814-B7B7-A899028D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ptos" w:hAnsi="Aptos"/>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uisruil@mpact.be" TargetMode="External"/><Relationship Id="rId18" Type="http://schemas.openxmlformats.org/officeDocument/2006/relationships/hyperlink" Target="https://www.boligbytte.dk/" TargetMode="External"/><Relationship Id="rId26" Type="http://schemas.openxmlformats.org/officeDocument/2006/relationships/hyperlink" Target="https://www.homelink.de/" TargetMode="External"/><Relationship Id="rId39" Type="http://schemas.openxmlformats.org/officeDocument/2006/relationships/hyperlink" Target="mailto:huisruil@mpact.be" TargetMode="External"/><Relationship Id="rId21" Type="http://schemas.openxmlformats.org/officeDocument/2006/relationships/hyperlink" Target="mailto:info@homelink.ee" TargetMode="External"/><Relationship Id="rId34" Type="http://schemas.openxmlformats.org/officeDocument/2006/relationships/hyperlink" Target="https://homelink.org/nl/contact/" TargetMode="External"/><Relationship Id="rId42" Type="http://schemas.openxmlformats.org/officeDocument/2006/relationships/hyperlink" Target="https://homelink.org/en/contact/" TargetMode="External"/><Relationship Id="rId47" Type="http://schemas.openxmlformats.org/officeDocument/2006/relationships/hyperlink" Target="mailto:info@homelink.ch" TargetMode="External"/><Relationship Id="rId50" Type="http://schemas.openxmlformats.org/officeDocument/2006/relationships/hyperlink" Target="mailto:homelinktatil@gmail.com" TargetMode="External"/><Relationship Id="rId55" Type="http://schemas.openxmlformats.org/officeDocument/2006/relationships/hyperlink" Target="https://homelink.org/en/contac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homelink.ca/" TargetMode="External"/><Relationship Id="rId29" Type="http://schemas.openxmlformats.org/officeDocument/2006/relationships/hyperlink" Target="mailto:info@homelink.ie" TargetMode="External"/><Relationship Id="rId11" Type="http://schemas.openxmlformats.org/officeDocument/2006/relationships/hyperlink" Target="mailto:info-de@homelink.ch" TargetMode="External"/><Relationship Id="rId24" Type="http://schemas.openxmlformats.org/officeDocument/2006/relationships/hyperlink" Target="https://homelink.org/fr/" TargetMode="External"/><Relationship Id="rId32" Type="http://schemas.openxmlformats.org/officeDocument/2006/relationships/hyperlink" Target="https://homelink.it/" TargetMode="External"/><Relationship Id="rId37" Type="http://schemas.openxmlformats.org/officeDocument/2006/relationships/hyperlink" Target="mailto:gunhild@boligbytte.no" TargetMode="External"/><Relationship Id="rId40" Type="http://schemas.openxmlformats.org/officeDocument/2006/relationships/hyperlink" Target="https://homelink.org/pt/" TargetMode="External"/><Relationship Id="rId45" Type="http://schemas.openxmlformats.org/officeDocument/2006/relationships/hyperlink" Target="mailto:gunhild@boligbytte.no" TargetMode="External"/><Relationship Id="rId53" Type="http://schemas.openxmlformats.org/officeDocument/2006/relationships/hyperlink" Target="https://www.homelink.org.uk/"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mailto:info@homelink.ee" TargetMode="External"/><Relationship Id="rId4" Type="http://schemas.openxmlformats.org/officeDocument/2006/relationships/settings" Target="settings.xml"/><Relationship Id="rId9" Type="http://schemas.openxmlformats.org/officeDocument/2006/relationships/hyperlink" Target="https://homelink.org/en/contact/" TargetMode="External"/><Relationship Id="rId14" Type="http://schemas.openxmlformats.org/officeDocument/2006/relationships/hyperlink" Target="https://www.mpact.be/en/service/home-exchange/" TargetMode="External"/><Relationship Id="rId22" Type="http://schemas.openxmlformats.org/officeDocument/2006/relationships/hyperlink" Target="https://homelink.org/en/contact/" TargetMode="External"/><Relationship Id="rId27" Type="http://schemas.openxmlformats.org/officeDocument/2006/relationships/hyperlink" Target="mailto:gunhild@boligbytte.no" TargetMode="External"/><Relationship Id="rId30" Type="http://schemas.openxmlformats.org/officeDocument/2006/relationships/hyperlink" Target="https://www.homelink.ie/" TargetMode="External"/><Relationship Id="rId35" Type="http://schemas.openxmlformats.org/officeDocument/2006/relationships/hyperlink" Target="mailto:homelinknewzealand@gmail.com" TargetMode="External"/><Relationship Id="rId43" Type="http://schemas.openxmlformats.org/officeDocument/2006/relationships/hyperlink" Target="mailto:homelink.members@gmail.com" TargetMode="External"/><Relationship Id="rId48" Type="http://schemas.openxmlformats.org/officeDocument/2006/relationships/hyperlink" Target="mailto:info-de@homelink.ch" TargetMode="External"/><Relationship Id="rId56" Type="http://schemas.openxmlformats.org/officeDocument/2006/relationships/header" Target="header1.xml"/><Relationship Id="rId8" Type="http://schemas.openxmlformats.org/officeDocument/2006/relationships/hyperlink" Target="mailto:homelinkaus@gmail.com" TargetMode="External"/><Relationship Id="rId51" Type="http://schemas.openxmlformats.org/officeDocument/2006/relationships/hyperlink" Target="https://homelink.org/en/contact/" TargetMode="External"/><Relationship Id="rId3" Type="http://schemas.openxmlformats.org/officeDocument/2006/relationships/styles" Target="styles.xml"/><Relationship Id="rId12" Type="http://schemas.openxmlformats.org/officeDocument/2006/relationships/hyperlink" Target="https://www.haustauschferien.at/" TargetMode="External"/><Relationship Id="rId17" Type="http://schemas.openxmlformats.org/officeDocument/2006/relationships/hyperlink" Target="mailto:info@boligbytte.dk" TargetMode="External"/><Relationship Id="rId25" Type="http://schemas.openxmlformats.org/officeDocument/2006/relationships/hyperlink" Target="mailto:service@homelink.de" TargetMode="External"/><Relationship Id="rId33" Type="http://schemas.openxmlformats.org/officeDocument/2006/relationships/hyperlink" Target="mailto:info@holidaylink.com" TargetMode="External"/><Relationship Id="rId38" Type="http://schemas.openxmlformats.org/officeDocument/2006/relationships/hyperlink" Target="https://homelink.org/no/" TargetMode="External"/><Relationship Id="rId46" Type="http://schemas.openxmlformats.org/officeDocument/2006/relationships/hyperlink" Target="https://homelink.org/sv/" TargetMode="External"/><Relationship Id="rId59" Type="http://schemas.openxmlformats.org/officeDocument/2006/relationships/theme" Target="theme/theme1.xml"/><Relationship Id="rId20" Type="http://schemas.openxmlformats.org/officeDocument/2006/relationships/hyperlink" Target="https://homelink.org/et/" TargetMode="External"/><Relationship Id="rId41" Type="http://schemas.openxmlformats.org/officeDocument/2006/relationships/hyperlink" Target="mailto:caroline@homelinksouthafrica.org" TargetMode="External"/><Relationship Id="rId54" Type="http://schemas.openxmlformats.org/officeDocument/2006/relationships/hyperlink" Target="mailto:katie@homelink-usa.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info@homelink.ca" TargetMode="External"/><Relationship Id="rId23" Type="http://schemas.openxmlformats.org/officeDocument/2006/relationships/hyperlink" Target="mailto:homelink.members@gmail.com" TargetMode="External"/><Relationship Id="rId28" Type="http://schemas.openxmlformats.org/officeDocument/2006/relationships/hyperlink" Target="https://homelink.org/en/contact/" TargetMode="External"/><Relationship Id="rId36" Type="http://schemas.openxmlformats.org/officeDocument/2006/relationships/hyperlink" Target="https://homelink.org/en/contact/" TargetMode="External"/><Relationship Id="rId49" Type="http://schemas.openxmlformats.org/officeDocument/2006/relationships/hyperlink" Target="https://www.homelink.ch/" TargetMode="External"/><Relationship Id="rId57" Type="http://schemas.openxmlformats.org/officeDocument/2006/relationships/footer" Target="footer1.xml"/><Relationship Id="rId10" Type="http://schemas.openxmlformats.org/officeDocument/2006/relationships/hyperlink" Target="mailto:info@homelink.ch" TargetMode="External"/><Relationship Id="rId31" Type="http://schemas.openxmlformats.org/officeDocument/2006/relationships/hyperlink" Target="mailto:info@homelink.it" TargetMode="External"/><Relationship Id="rId44" Type="http://schemas.openxmlformats.org/officeDocument/2006/relationships/hyperlink" Target="https://homelink.org/es/" TargetMode="External"/><Relationship Id="rId52" Type="http://schemas.openxmlformats.org/officeDocument/2006/relationships/hyperlink" Target="mailto:mail@homelin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615</Words>
  <Characters>3879</Characters>
  <DocSecurity>8</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HomeLink organisers worldwide public contact list</dc:title>
  <dc:subject>Public HomeLink organiser contacts and country websites</dc:subject>
  <dc:creator>HomeLink Germany</dc:creator>
  <cp:keywords>HomeLink, organisers, contact list, public</cp:keywords>
  <cp:revision>2</cp:revision>
  <dcterms:created xsi:type="dcterms:W3CDTF">2026-09-18T08:11:00Z</dcterms:created>
  <dcterms:modified xsi:type="dcterms:W3CDTF">2026-09-18T08:11:00Z</dcterms:modified>
  <cp:category/>
</cp:coreProperties>
</file>